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89F" w:rsidRPr="00B17298" w:rsidRDefault="00C401D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17298">
        <w:rPr>
          <w:rFonts w:ascii="Times New Roman" w:hAnsi="Times New Roman" w:cs="Times New Roman"/>
          <w:b/>
          <w:sz w:val="24"/>
          <w:szCs w:val="24"/>
        </w:rPr>
        <w:t>ЗАЯВЛЕНИЕ ЗА УЧАСТИЕ</w:t>
      </w:r>
    </w:p>
    <w:p w:rsidR="00CC389F" w:rsidRPr="00C401D1" w:rsidRDefault="00C401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1D1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Коледен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фермерски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базар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рамките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01D1">
        <w:rPr>
          <w:rFonts w:ascii="Times New Roman" w:hAnsi="Times New Roman" w:cs="Times New Roman"/>
          <w:b/>
          <w:sz w:val="28"/>
          <w:szCs w:val="28"/>
        </w:rPr>
        <w:t>Sofia Christmas Fest 2026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20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ноември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– 27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декември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Националния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дворец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културата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(НДК)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Организатор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Министерство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храните</w:t>
      </w:r>
      <w:proofErr w:type="spellEnd"/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I. ДАННИ ЗА КАНДИДАТА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стопанството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фирмата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2. ЕИК/БУЛСТАТ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регистрационен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номер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стопанин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Населено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област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поща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II. ИНФОРМАЦИЯ ЗА ДЕЙНОСТТА И ПРОЕКТА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Сектор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земеделското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производство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Плодове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зеленчуци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Животновъдство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животински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произход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Етерично-маслени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медицински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култури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Пчеларство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пчелни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Биологично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сектор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): 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коя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програма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план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получили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подпомагане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>?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селските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райони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2014–2020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Стратегически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селските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райони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2023–2027 г.</w:t>
      </w:r>
    </w:p>
    <w:p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Наименование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и/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или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номер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финансирания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проект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мярка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интервенция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Кратко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описание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реализирания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проект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постигнатите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резултати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Какви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продукти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възнамерявате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представите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базара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?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67100B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C401D1" w:rsidRPr="00B1729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401D1" w:rsidRPr="00B17298">
        <w:rPr>
          <w:rFonts w:ascii="Times New Roman" w:hAnsi="Times New Roman" w:cs="Times New Roman"/>
          <w:b/>
          <w:sz w:val="24"/>
          <w:szCs w:val="24"/>
        </w:rPr>
        <w:t>Продуктите</w:t>
      </w:r>
      <w:proofErr w:type="spellEnd"/>
      <w:r w:rsidR="00C401D1"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01D1" w:rsidRPr="00B17298">
        <w:rPr>
          <w:rFonts w:ascii="Times New Roman" w:hAnsi="Times New Roman" w:cs="Times New Roman"/>
          <w:b/>
          <w:sz w:val="24"/>
          <w:szCs w:val="24"/>
        </w:rPr>
        <w:t>са</w:t>
      </w:r>
      <w:proofErr w:type="spellEnd"/>
      <w:r w:rsidR="00C401D1" w:rsidRPr="00B17298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Собствено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Преработени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собствена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продукция</w:t>
      </w:r>
      <w:proofErr w:type="spellEnd"/>
    </w:p>
    <w:p w:rsidR="0067100B" w:rsidRDefault="00C401D1" w:rsidP="0067100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): ................................................</w:t>
      </w:r>
      <w:r w:rsidR="0067100B" w:rsidRPr="0067100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67100B" w:rsidRPr="0067100B" w:rsidRDefault="0067100B" w:rsidP="0067100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67100B">
        <w:rPr>
          <w:rFonts w:ascii="Times New Roman" w:hAnsi="Times New Roman" w:cs="Times New Roman"/>
          <w:b/>
          <w:sz w:val="24"/>
          <w:szCs w:val="24"/>
          <w:lang w:val="bg-BG"/>
        </w:rPr>
        <w:t>. Местонахождение на земеделското стопанство в район с природни или други специфични ограничения</w:t>
      </w:r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(</w:t>
      </w:r>
      <w:proofErr w:type="spellStart"/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>необлагодетелстван</w:t>
      </w:r>
      <w:proofErr w:type="spellEnd"/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район)</w:t>
      </w:r>
      <w:r w:rsidR="009A3E5F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67100B" w:rsidRPr="0067100B" w:rsidRDefault="0067100B" w:rsidP="0067100B">
      <w:pPr>
        <w:jc w:val="both"/>
        <w:rPr>
          <w:rFonts w:asciiTheme="minorHAnsi" w:hAnsiTheme="minorHAnsi" w:cs="Segoe UI Symbol"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="Segoe UI Symbol"/>
          <w:sz w:val="24"/>
          <w:szCs w:val="24"/>
          <w:lang w:val="bg-BG"/>
        </w:rPr>
        <w:t xml:space="preserve"> ДА</w:t>
      </w:r>
    </w:p>
    <w:p w:rsidR="00CC389F" w:rsidRPr="0067100B" w:rsidRDefault="0067100B" w:rsidP="00B17298">
      <w:pPr>
        <w:jc w:val="both"/>
        <w:rPr>
          <w:rFonts w:asciiTheme="minorHAnsi" w:hAnsiTheme="minorHAnsi" w:cs="Times New Roman"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="Segoe UI Symbol"/>
          <w:sz w:val="24"/>
          <w:szCs w:val="24"/>
          <w:lang w:val="bg-BG"/>
        </w:rPr>
        <w:t xml:space="preserve"> НЕ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III. ЗАЯВКА ЗА ПЕРИОД НА УЧАСТИЕ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Желая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Коледния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фермерски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базар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7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седем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последователни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календарни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Предпочитан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2026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Резервен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желание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2026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невъзможност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предложен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свободен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рамките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провеждането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базара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Забележка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предпочитан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гарантира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заявените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Окончателният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МЗХ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броя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постъпилите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наличните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изложбени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необходимостта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по-голям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брой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IV. ПРЕДХОДНО УЧАСТИЕ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Участвали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предходни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издания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Коледния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фермерски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базар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организиран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участието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МЗХ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пред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НДК?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досега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A22901" w:rsidRDefault="00A22901" w:rsidP="00B172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lastRenderedPageBreak/>
        <w:t>Ако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V. ДЕКЛАРАЦИЯ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настоящото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Предоставената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вярна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актуална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Продукцията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представя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свързана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осъществяваната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Запознат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гарантира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събитието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одобрението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подбор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одобрение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ангажирам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присъствие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предоставеното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изложбено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спазвам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организацията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събитието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бъда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уведомен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подбора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780A45" w:rsidRDefault="00780A45" w:rsidP="00B172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.....................................       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 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 .....................................</w:t>
      </w:r>
    </w:p>
    <w:p w:rsid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A95" w:rsidRDefault="00C401D1" w:rsidP="00B56A9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Попълненото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изпраща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56A95" w:rsidRPr="00B56A95" w:rsidRDefault="00FA742E" w:rsidP="00B56A9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6" w:history="1">
        <w:r w:rsidR="00B56A95" w:rsidRPr="007464D1">
          <w:rPr>
            <w:rStyle w:val="affa"/>
            <w:rFonts w:ascii="Times New Roman" w:hAnsi="Times New Roman" w:cs="Times New Roman"/>
            <w:sz w:val="24"/>
            <w:szCs w:val="24"/>
          </w:rPr>
          <w:t>ehadjinicolova@mzh.government.bg</w:t>
        </w:r>
      </w:hyperlink>
      <w:r w:rsidR="00B56A95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="00B56A95" w:rsidRPr="00B56A95">
        <w:rPr>
          <w:rFonts w:ascii="Times New Roman" w:hAnsi="Times New Roman" w:cs="Times New Roman"/>
          <w:sz w:val="24"/>
          <w:szCs w:val="24"/>
          <w:lang w:val="en-GB"/>
        </w:rPr>
        <w:t>yz</w:t>
      </w:r>
      <w:proofErr w:type="spellEnd"/>
      <w:r w:rsidR="00B56A95" w:rsidRPr="00B56A95">
        <w:rPr>
          <w:rFonts w:ascii="Times New Roman" w:hAnsi="Times New Roman" w:cs="Times New Roman"/>
          <w:sz w:val="24"/>
          <w:szCs w:val="24"/>
          <w:lang w:val="bg-BG"/>
        </w:rPr>
        <w:t>helezova@mzh.government.bg</w:t>
      </w:r>
    </w:p>
    <w:p w:rsidR="00CC389F" w:rsidRPr="00B56A95" w:rsidRDefault="00C401D1" w:rsidP="00B1729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Краен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r w:rsidR="00B56A95">
        <w:rPr>
          <w:rFonts w:ascii="Times New Roman" w:hAnsi="Times New Roman" w:cs="Times New Roman"/>
          <w:sz w:val="24"/>
          <w:szCs w:val="24"/>
          <w:lang w:val="bg-BG"/>
        </w:rPr>
        <w:t>13 ноември 2026 г.</w:t>
      </w:r>
    </w:p>
    <w:sectPr w:rsidR="00CC389F" w:rsidRPr="00B56A95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2E83"/>
    <w:rsid w:val="005C3804"/>
    <w:rsid w:val="0067100B"/>
    <w:rsid w:val="00780A45"/>
    <w:rsid w:val="00923151"/>
    <w:rsid w:val="009A3E5F"/>
    <w:rsid w:val="00A22901"/>
    <w:rsid w:val="00AA1D8D"/>
    <w:rsid w:val="00B17298"/>
    <w:rsid w:val="00B47730"/>
    <w:rsid w:val="00B56A95"/>
    <w:rsid w:val="00C401D1"/>
    <w:rsid w:val="00CB0664"/>
    <w:rsid w:val="00CC389F"/>
    <w:rsid w:val="00FA74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58AF5D9-56E2-4811-9599-B5073143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B56A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hadjinicolova@mzh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50978A-C4F2-4A64-B74A-3C856F485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2026-11-06T12:36:00Z</dcterms:created>
  <dcterms:modified xsi:type="dcterms:W3CDTF">2026-11-06T12:36:00Z</dcterms:modified>
  <cp:category/>
</cp:coreProperties>
</file>